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2AA8E" w14:textId="57F9DD46" w:rsidR="00DD6966" w:rsidRDefault="00C169A6">
      <w:pPr>
        <w:pStyle w:val="a8"/>
        <w:jc w:val="center"/>
        <w:rPr>
          <w:lang w:eastAsia="ko-KR"/>
        </w:rPr>
      </w:pPr>
      <w:r>
        <w:rPr>
          <w:rFonts w:ascii="맑은 고딕" w:eastAsia="맑은 고딕" w:hAnsi="맑은 고딕"/>
          <w:sz w:val="48"/>
        </w:rPr>
        <w:t>mini test</w:t>
      </w:r>
      <w:r w:rsidR="0014223C">
        <w:rPr>
          <w:rFonts w:ascii="맑은 고딕" w:eastAsia="맑은 고딕" w:hAnsi="맑은 고딕" w:hint="eastAsia"/>
          <w:sz w:val="48"/>
          <w:lang w:eastAsia="ko-KR"/>
        </w:rPr>
        <w:t xml:space="preserve"> </w:t>
      </w:r>
      <w:r w:rsidR="00A44CA6">
        <w:rPr>
          <w:rFonts w:ascii="맑은 고딕" w:eastAsia="맑은 고딕" w:hAnsi="맑은 고딕" w:hint="eastAsia"/>
          <w:sz w:val="48"/>
          <w:lang w:eastAsia="ko-KR"/>
        </w:rPr>
        <w:t>2</w:t>
      </w:r>
    </w:p>
    <w:p w14:paraId="7BB5F34E" w14:textId="4C990B77" w:rsidR="00DD6966" w:rsidRDefault="00C169A6">
      <w:pPr>
        <w:jc w:val="right"/>
      </w:pPr>
      <w:r>
        <w:rPr>
          <w:rFonts w:ascii="맑은 고딕" w:eastAsia="맑은 고딕" w:hAnsi="맑은 고딕"/>
          <w:sz w:val="24"/>
        </w:rPr>
        <w:t>이름: ___________________    점수: __________</w:t>
      </w:r>
      <w:r w:rsidR="008D1B75">
        <w:rPr>
          <w:rFonts w:ascii="맑은 고딕" w:eastAsia="맑은 고딕" w:hAnsi="맑은 고딕" w:hint="eastAsia"/>
          <w:sz w:val="24"/>
          <w:lang w:eastAsia="ko-KR"/>
        </w:rPr>
        <w:t>/63</w:t>
      </w:r>
      <w:r>
        <w:rPr>
          <w:rFonts w:ascii="맑은 고딕" w:eastAsia="맑은 고딕" w:hAnsi="맑은 고딕"/>
          <w:sz w:val="24"/>
        </w:rPr>
        <w:t>_________</w:t>
      </w:r>
    </w:p>
    <w:p w14:paraId="0E4402EE" w14:textId="77777777" w:rsidR="00DD6966" w:rsidRDefault="00DD6966"/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95"/>
        <w:gridCol w:w="3020"/>
        <w:gridCol w:w="1295"/>
        <w:gridCol w:w="3020"/>
      </w:tblGrid>
      <w:tr w:rsidR="00DD6966" w14:paraId="493608E9" w14:textId="77777777">
        <w:tc>
          <w:tcPr>
            <w:tcW w:w="1296" w:type="dxa"/>
          </w:tcPr>
          <w:p w14:paraId="62312738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1번</w:t>
            </w:r>
          </w:p>
        </w:tc>
        <w:tc>
          <w:tcPr>
            <w:tcW w:w="3024" w:type="dxa"/>
          </w:tcPr>
          <w:p w14:paraId="12BA897B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  <w:tc>
          <w:tcPr>
            <w:tcW w:w="1296" w:type="dxa"/>
          </w:tcPr>
          <w:p w14:paraId="1938EA02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15번</w:t>
            </w:r>
          </w:p>
        </w:tc>
        <w:tc>
          <w:tcPr>
            <w:tcW w:w="3024" w:type="dxa"/>
          </w:tcPr>
          <w:p w14:paraId="37761CA7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</w:tr>
      <w:tr w:rsidR="00DD6966" w14:paraId="44C475D9" w14:textId="77777777">
        <w:tc>
          <w:tcPr>
            <w:tcW w:w="1296" w:type="dxa"/>
          </w:tcPr>
          <w:p w14:paraId="3900AF1B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2번</w:t>
            </w:r>
          </w:p>
        </w:tc>
        <w:tc>
          <w:tcPr>
            <w:tcW w:w="3024" w:type="dxa"/>
          </w:tcPr>
          <w:p w14:paraId="6A4A7E31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  <w:tc>
          <w:tcPr>
            <w:tcW w:w="1296" w:type="dxa"/>
          </w:tcPr>
          <w:p w14:paraId="46D80068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16번*</w:t>
            </w:r>
          </w:p>
        </w:tc>
        <w:tc>
          <w:tcPr>
            <w:tcW w:w="3024" w:type="dxa"/>
          </w:tcPr>
          <w:p w14:paraId="6794711E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</w:tr>
      <w:tr w:rsidR="00DD6966" w14:paraId="333D21DD" w14:textId="77777777">
        <w:tc>
          <w:tcPr>
            <w:tcW w:w="1296" w:type="dxa"/>
          </w:tcPr>
          <w:p w14:paraId="3FE9D987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3번</w:t>
            </w:r>
          </w:p>
        </w:tc>
        <w:tc>
          <w:tcPr>
            <w:tcW w:w="3024" w:type="dxa"/>
          </w:tcPr>
          <w:p w14:paraId="094AE5C4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  <w:tc>
          <w:tcPr>
            <w:tcW w:w="1296" w:type="dxa"/>
          </w:tcPr>
          <w:p w14:paraId="195D3BE4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17번*</w:t>
            </w:r>
          </w:p>
        </w:tc>
        <w:tc>
          <w:tcPr>
            <w:tcW w:w="3024" w:type="dxa"/>
          </w:tcPr>
          <w:p w14:paraId="28CF4956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</w:tr>
      <w:tr w:rsidR="00DD6966" w14:paraId="6D1B2CAD" w14:textId="77777777">
        <w:tc>
          <w:tcPr>
            <w:tcW w:w="1296" w:type="dxa"/>
          </w:tcPr>
          <w:p w14:paraId="4B48E8E9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4번</w:t>
            </w:r>
          </w:p>
        </w:tc>
        <w:tc>
          <w:tcPr>
            <w:tcW w:w="3024" w:type="dxa"/>
          </w:tcPr>
          <w:p w14:paraId="471C1360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  <w:tc>
          <w:tcPr>
            <w:tcW w:w="1296" w:type="dxa"/>
          </w:tcPr>
          <w:p w14:paraId="1B2036D3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18번</w:t>
            </w:r>
          </w:p>
        </w:tc>
        <w:tc>
          <w:tcPr>
            <w:tcW w:w="3024" w:type="dxa"/>
          </w:tcPr>
          <w:p w14:paraId="3DE3F42D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</w:tr>
      <w:tr w:rsidR="00DD6966" w14:paraId="71022415" w14:textId="77777777">
        <w:tc>
          <w:tcPr>
            <w:tcW w:w="1296" w:type="dxa"/>
          </w:tcPr>
          <w:p w14:paraId="468DC9E1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5번</w:t>
            </w:r>
          </w:p>
        </w:tc>
        <w:tc>
          <w:tcPr>
            <w:tcW w:w="3024" w:type="dxa"/>
          </w:tcPr>
          <w:p w14:paraId="48869F45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  <w:tc>
          <w:tcPr>
            <w:tcW w:w="1296" w:type="dxa"/>
          </w:tcPr>
          <w:p w14:paraId="6F98EE6F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19번</w:t>
            </w:r>
          </w:p>
        </w:tc>
        <w:tc>
          <w:tcPr>
            <w:tcW w:w="3024" w:type="dxa"/>
          </w:tcPr>
          <w:p w14:paraId="59000665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</w:tr>
      <w:tr w:rsidR="00DD6966" w14:paraId="1FF53BDA" w14:textId="77777777">
        <w:tc>
          <w:tcPr>
            <w:tcW w:w="1296" w:type="dxa"/>
          </w:tcPr>
          <w:p w14:paraId="7A2F4032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6번*</w:t>
            </w:r>
          </w:p>
        </w:tc>
        <w:tc>
          <w:tcPr>
            <w:tcW w:w="3024" w:type="dxa"/>
          </w:tcPr>
          <w:p w14:paraId="01BEC710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  <w:tc>
          <w:tcPr>
            <w:tcW w:w="1296" w:type="dxa"/>
          </w:tcPr>
          <w:p w14:paraId="0EE75EE6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20번*</w:t>
            </w:r>
          </w:p>
        </w:tc>
        <w:tc>
          <w:tcPr>
            <w:tcW w:w="3024" w:type="dxa"/>
          </w:tcPr>
          <w:p w14:paraId="5D3045DE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</w:tr>
      <w:tr w:rsidR="00DD6966" w14:paraId="3017D74B" w14:textId="77777777">
        <w:tc>
          <w:tcPr>
            <w:tcW w:w="1296" w:type="dxa"/>
          </w:tcPr>
          <w:p w14:paraId="1E05EABF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7번</w:t>
            </w:r>
          </w:p>
        </w:tc>
        <w:tc>
          <w:tcPr>
            <w:tcW w:w="3024" w:type="dxa"/>
          </w:tcPr>
          <w:p w14:paraId="640B5EFA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  <w:tc>
          <w:tcPr>
            <w:tcW w:w="1296" w:type="dxa"/>
          </w:tcPr>
          <w:p w14:paraId="23478280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21번</w:t>
            </w:r>
          </w:p>
        </w:tc>
        <w:tc>
          <w:tcPr>
            <w:tcW w:w="3024" w:type="dxa"/>
          </w:tcPr>
          <w:p w14:paraId="09662EA3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</w:tr>
      <w:tr w:rsidR="00DD6966" w14:paraId="0597CA20" w14:textId="77777777">
        <w:tc>
          <w:tcPr>
            <w:tcW w:w="1296" w:type="dxa"/>
          </w:tcPr>
          <w:p w14:paraId="1DAB14F1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8번</w:t>
            </w:r>
          </w:p>
        </w:tc>
        <w:tc>
          <w:tcPr>
            <w:tcW w:w="3024" w:type="dxa"/>
          </w:tcPr>
          <w:p w14:paraId="474F19F9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  <w:tc>
          <w:tcPr>
            <w:tcW w:w="1296" w:type="dxa"/>
          </w:tcPr>
          <w:p w14:paraId="40A436AE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22번*</w:t>
            </w:r>
          </w:p>
        </w:tc>
        <w:tc>
          <w:tcPr>
            <w:tcW w:w="3024" w:type="dxa"/>
          </w:tcPr>
          <w:p w14:paraId="76D28727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</w:tr>
      <w:tr w:rsidR="00DD6966" w14:paraId="7E28D338" w14:textId="77777777">
        <w:tc>
          <w:tcPr>
            <w:tcW w:w="1296" w:type="dxa"/>
          </w:tcPr>
          <w:p w14:paraId="2B31D0EB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9번</w:t>
            </w:r>
          </w:p>
        </w:tc>
        <w:tc>
          <w:tcPr>
            <w:tcW w:w="3024" w:type="dxa"/>
          </w:tcPr>
          <w:p w14:paraId="3128900E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  <w:tc>
          <w:tcPr>
            <w:tcW w:w="1296" w:type="dxa"/>
          </w:tcPr>
          <w:p w14:paraId="7C2B23E7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23번</w:t>
            </w:r>
          </w:p>
        </w:tc>
        <w:tc>
          <w:tcPr>
            <w:tcW w:w="3024" w:type="dxa"/>
          </w:tcPr>
          <w:p w14:paraId="1E0D4550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</w:tr>
      <w:tr w:rsidR="00DD6966" w14:paraId="602931FA" w14:textId="77777777">
        <w:tc>
          <w:tcPr>
            <w:tcW w:w="1296" w:type="dxa"/>
          </w:tcPr>
          <w:p w14:paraId="7F3BFE48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10번</w:t>
            </w:r>
          </w:p>
        </w:tc>
        <w:tc>
          <w:tcPr>
            <w:tcW w:w="3024" w:type="dxa"/>
          </w:tcPr>
          <w:p w14:paraId="3B970293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  <w:tc>
          <w:tcPr>
            <w:tcW w:w="1296" w:type="dxa"/>
          </w:tcPr>
          <w:p w14:paraId="2B4A82F7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24번</w:t>
            </w:r>
          </w:p>
        </w:tc>
        <w:tc>
          <w:tcPr>
            <w:tcW w:w="3024" w:type="dxa"/>
          </w:tcPr>
          <w:p w14:paraId="648F1518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</w:tr>
      <w:tr w:rsidR="00DD6966" w14:paraId="7A25F025" w14:textId="77777777">
        <w:tc>
          <w:tcPr>
            <w:tcW w:w="1296" w:type="dxa"/>
          </w:tcPr>
          <w:p w14:paraId="276F321E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11번</w:t>
            </w:r>
          </w:p>
        </w:tc>
        <w:tc>
          <w:tcPr>
            <w:tcW w:w="3024" w:type="dxa"/>
          </w:tcPr>
          <w:p w14:paraId="6FE26AC2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  <w:tc>
          <w:tcPr>
            <w:tcW w:w="1296" w:type="dxa"/>
          </w:tcPr>
          <w:p w14:paraId="5C2687B7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25번*</w:t>
            </w:r>
          </w:p>
        </w:tc>
        <w:tc>
          <w:tcPr>
            <w:tcW w:w="3024" w:type="dxa"/>
          </w:tcPr>
          <w:p w14:paraId="4D315F68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</w:tr>
      <w:tr w:rsidR="00DD6966" w14:paraId="45DA067E" w14:textId="77777777">
        <w:tc>
          <w:tcPr>
            <w:tcW w:w="1296" w:type="dxa"/>
          </w:tcPr>
          <w:p w14:paraId="1C7AB3B4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12번*</w:t>
            </w:r>
          </w:p>
        </w:tc>
        <w:tc>
          <w:tcPr>
            <w:tcW w:w="3024" w:type="dxa"/>
          </w:tcPr>
          <w:p w14:paraId="2A4CC866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  <w:tc>
          <w:tcPr>
            <w:tcW w:w="1296" w:type="dxa"/>
          </w:tcPr>
          <w:p w14:paraId="5EB0B9E2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26번</w:t>
            </w:r>
          </w:p>
        </w:tc>
        <w:tc>
          <w:tcPr>
            <w:tcW w:w="3024" w:type="dxa"/>
          </w:tcPr>
          <w:p w14:paraId="3CD80239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</w:tr>
      <w:tr w:rsidR="00DD6966" w14:paraId="3DAA0785" w14:textId="77777777">
        <w:tc>
          <w:tcPr>
            <w:tcW w:w="1296" w:type="dxa"/>
          </w:tcPr>
          <w:p w14:paraId="5837FC0B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13번</w:t>
            </w:r>
          </w:p>
        </w:tc>
        <w:tc>
          <w:tcPr>
            <w:tcW w:w="3024" w:type="dxa"/>
          </w:tcPr>
          <w:p w14:paraId="76CD1DE4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  <w:tc>
          <w:tcPr>
            <w:tcW w:w="1296" w:type="dxa"/>
          </w:tcPr>
          <w:p w14:paraId="3600A33F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27번</w:t>
            </w:r>
          </w:p>
        </w:tc>
        <w:tc>
          <w:tcPr>
            <w:tcW w:w="3024" w:type="dxa"/>
          </w:tcPr>
          <w:p w14:paraId="5183859F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</w:tr>
      <w:tr w:rsidR="00DD6966" w14:paraId="18EDBB64" w14:textId="77777777">
        <w:tc>
          <w:tcPr>
            <w:tcW w:w="1296" w:type="dxa"/>
          </w:tcPr>
          <w:p w14:paraId="3EEF3C3A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14번</w:t>
            </w:r>
          </w:p>
        </w:tc>
        <w:tc>
          <w:tcPr>
            <w:tcW w:w="3024" w:type="dxa"/>
          </w:tcPr>
          <w:p w14:paraId="7AE65EC6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  <w:tc>
          <w:tcPr>
            <w:tcW w:w="1296" w:type="dxa"/>
          </w:tcPr>
          <w:p w14:paraId="72CECCBC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28번</w:t>
            </w:r>
          </w:p>
        </w:tc>
        <w:tc>
          <w:tcPr>
            <w:tcW w:w="3024" w:type="dxa"/>
          </w:tcPr>
          <w:p w14:paraId="02913D6A" w14:textId="77777777" w:rsidR="00DD6966" w:rsidRDefault="00C169A6">
            <w:pPr>
              <w:jc w:val="center"/>
            </w:pPr>
            <w:r>
              <w:rPr>
                <w:rFonts w:ascii="맑은 고딕" w:eastAsia="맑은 고딕" w:hAnsi="맑은 고딕"/>
                <w:sz w:val="24"/>
              </w:rPr>
              <w:t>①  ②  ③  ④  ⑤</w:t>
            </w:r>
          </w:p>
        </w:tc>
      </w:tr>
    </w:tbl>
    <w:p w14:paraId="733AA16D" w14:textId="77777777" w:rsidR="00C169A6" w:rsidRDefault="00C169A6"/>
    <w:sectPr w:rsidR="00C169A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C8E3" w14:textId="77777777" w:rsidR="00997C7B" w:rsidRDefault="00997C7B" w:rsidP="00A44CA6">
      <w:pPr>
        <w:spacing w:after="0" w:line="240" w:lineRule="auto"/>
      </w:pPr>
      <w:r>
        <w:separator/>
      </w:r>
    </w:p>
  </w:endnote>
  <w:endnote w:type="continuationSeparator" w:id="0">
    <w:p w14:paraId="03429FDD" w14:textId="77777777" w:rsidR="00997C7B" w:rsidRDefault="00997C7B" w:rsidP="00A4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9C56D" w14:textId="77777777" w:rsidR="00997C7B" w:rsidRDefault="00997C7B" w:rsidP="00A44CA6">
      <w:pPr>
        <w:spacing w:after="0" w:line="240" w:lineRule="auto"/>
      </w:pPr>
      <w:r>
        <w:separator/>
      </w:r>
    </w:p>
  </w:footnote>
  <w:footnote w:type="continuationSeparator" w:id="0">
    <w:p w14:paraId="385F531E" w14:textId="77777777" w:rsidR="00997C7B" w:rsidRDefault="00997C7B" w:rsidP="00A44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9564772">
    <w:abstractNumId w:val="8"/>
  </w:num>
  <w:num w:numId="2" w16cid:durableId="933854705">
    <w:abstractNumId w:val="6"/>
  </w:num>
  <w:num w:numId="3" w16cid:durableId="1747530703">
    <w:abstractNumId w:val="5"/>
  </w:num>
  <w:num w:numId="4" w16cid:durableId="1859540775">
    <w:abstractNumId w:val="4"/>
  </w:num>
  <w:num w:numId="5" w16cid:durableId="744110120">
    <w:abstractNumId w:val="7"/>
  </w:num>
  <w:num w:numId="6" w16cid:durableId="1383097664">
    <w:abstractNumId w:val="3"/>
  </w:num>
  <w:num w:numId="7" w16cid:durableId="1674993643">
    <w:abstractNumId w:val="2"/>
  </w:num>
  <w:num w:numId="8" w16cid:durableId="816607295">
    <w:abstractNumId w:val="1"/>
  </w:num>
  <w:num w:numId="9" w16cid:durableId="104767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5A44"/>
    <w:rsid w:val="0014223C"/>
    <w:rsid w:val="0015074B"/>
    <w:rsid w:val="00187B95"/>
    <w:rsid w:val="0029639D"/>
    <w:rsid w:val="00326F90"/>
    <w:rsid w:val="008746B5"/>
    <w:rsid w:val="008D1B75"/>
    <w:rsid w:val="00997C7B"/>
    <w:rsid w:val="00A44CA6"/>
    <w:rsid w:val="00AA1D8D"/>
    <w:rsid w:val="00B47730"/>
    <w:rsid w:val="00C169A6"/>
    <w:rsid w:val="00CB0664"/>
    <w:rsid w:val="00CD1B95"/>
    <w:rsid w:val="00DA6535"/>
    <w:rsid w:val="00DD69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56770B"/>
  <w14:defaultImageDpi w14:val="300"/>
  <w15:docId w15:val="{CDC1161E-DC3F-4C28-8DAE-527229260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건 윤</cp:lastModifiedBy>
  <cp:revision>5</cp:revision>
  <dcterms:created xsi:type="dcterms:W3CDTF">2026-08-04T05:04:00Z</dcterms:created>
  <dcterms:modified xsi:type="dcterms:W3CDTF">2026-08-04T05:47:00Z</dcterms:modified>
  <cp:category/>
</cp:coreProperties>
</file>